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עץ משפחה ומהם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מקום בני המשפחה בעץ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על קרובי משפחה ולדעת ממי לשאול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שבו כל ענף הוא אדם שחשוב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מבוגרים שסומכים עליהם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ענף בעץ מייצג אדם חשוב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שאפשר לצייר בעץ, במעגלים או בכל 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שתי הדרכים נכונות – גם למעלה וגם למטה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הדור לבין מקומו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(סבים וסבתות)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(הילדים 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(מייצג אדם במשפחה)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קבוצת אנשים שנולדו באותה תקופה, כמו סבים או 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לשאול מבוגרים במשפחה שסומכים עליהם ולהשלים את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אנשים מאותה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הסבים והסבתות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מבוגרים שסומכים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של עץ משפחה ריק ולתרגל איתו בכיתה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בעדינות אם יש הרכבי משפחה שונים ומגוונים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חשיבות השאלה ממבוגרים לפני מילוי 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למדנו על עץ משפחה – ציור שבו כל ענף או עיגול מייצג אדם חשוב במשפחה. נכיר את המילה דור ונתרגל את סיפורו של עומר שגילה שהשם שלו עוד לא כתוב בעץ.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ענף  ·  דור  ·  ראשון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הדור השני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הסבים והסבתות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עץ האנשים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עץ שבו רק 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עץ שבו כל ענף הוא אדם שחשוב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עץ שגדל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את מי כדאי לשאול שאלות על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אנשים זרים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מבוגרים שסומכים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בעץ משפחה כל ענף מייצג חפץ ולא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לצייר את עץ המשפחה גם כמעגלים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הדור הוותיק חייב תמיד להיות למעלה בציור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קבוצת אנשים שנולדו באותה תקופה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הסבים והסבתות נמצאים בדור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בעץ משפחה כל __________ מייצג אדם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הדור לבין מקומו בעץ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הילדים 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מייצג אדם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ענף בעץ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סבים וסבתות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מהו דור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כשלא יודעים שם של מישהו בעץ המשפחה?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דור?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נמצא בדור הראשון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