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עץ משפחה ומהם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מקום בני המשפחה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על קרובי משפחה ולדעת ממי לשאול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שבו כל ענף הוא אדם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אפשר למטה ואפשר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מבוגרים שסומכים עליהם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שהשם שלו עוד לא כתוב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הנכדים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ענף בעץ מייצג אדם חשוב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שאפשר לצייר בעץ, במעגלים או בכל צורה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שתי הדרכים נכונות – גם למעלה וגם 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עומר גילה זאת והסיפור מתמקד ברגע הזה, לא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כדאי לשאול רק מבוגרים שסומכים עליהם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ענף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סומך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הדור לבין מקומו בעץ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(סבים וסבתות)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(הילדים עצמם)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(מייצג אדם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(גילה שהשם שלו חסר בעץ)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שמזכירה קבוצת אנשים שנולדו באותה תקופה, כמו סבים או 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יתכן שסבא שמח להוסיף את עומר לעץ המשפחה או התרגש מהרגע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אפשר לשאול מבוגרים במשפחה שסומכים עליהם ולהשלים את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מיקום בעץ ותיאור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קבוצת אנשים מאותה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הסבים והסבתות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מבוגרים שסומכים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של עץ משפחה ריק ולתרגל איתו בכיתה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בעדינות אם יש הרכבי משפחה שונים ומגוונים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חשיבות השאלה ממבוגרים לפני מילוי החלק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למדנו על עץ משפחה. בעץ הזה כל ענף הוא אדם במשפחה. יש דורות - סבים, הורים, ילדים. עומר גילה שהשם שלו לא כתוב בעץ.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באותה תקופה, למשל סבים או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בני המשפחה וחבור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שמייצג את הדור הוותיק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בעץ שמחבר בין בני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 ותיק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הסבים והסבתות, הדור הראשון בעץ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השלישי, ילדי הילדים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נחשב דור 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הסבים והסבתות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עץ 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שבו רק 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שבו כל ענף הוא אדם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שגדל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בלי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אפשר לצייר את הסבים?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למטה ואפשר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ממי נכון לשאול על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אנשים זרים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 שסומכים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לעומר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שהשם שלו עוד לא כתוב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שהדף נקרע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שאין לו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שהעץ מצויר בעיפרון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הדור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משפחה כל ענף מייצג חפץ ולא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עץ המשפחה גם כמעגלים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הוותיק חייב תמיד להיות למעלה בציור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שמח מאוד כשראה שהשם שלו לא כתוב בעץ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לשאול כל אדם זר ברחוב על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קבוצת אנשים שנולדו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הסבים והסבתות נמצאים בדור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בעץ משפחה כל __________ מייצג אדם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עומר גילה שהשם שלו עוד לא __________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כדאי לשאול שאלות רק מבוגרים שאני __________ עליהם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הדור לבין מקומו בעץ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דור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גילה שהשם שלו חסר בעץ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סבים וסבתות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ענף בעץ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הילדים 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מייצג אדם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דור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סבא חייך כשנתן לעומר את העט?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כשלא יודעים שם של מישהו בעץ המשפחה?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ציירו או תארו איך הייתם מוסיפים את עצמכם לעץ המשפחה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דור?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נמצא בדור הראשון בעץ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 מי כדאי לשאול שאלות על בני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